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النشاطات الطلابية ودورها في الجامعة</w:t>
      </w:r>
    </w:p>
    <w:p>
      <w:pPr>
        <w:jc w:val="center"/>
      </w:pPr>
      <w:r>
        <w:rPr>
          <w:b/>
          <w:sz w:val="32"/>
        </w:rPr>
        <w:t>محاضرة جامعية</w:t>
      </w:r>
    </w:p>
    <w:p>
      <w:pPr>
        <w:spacing w:after="160" w:line="276" w:lineRule="auto"/>
      </w:pPr>
      <w:r>
        <w:t>السلام عليكم ورحمة الله وبركاته.</w:t>
      </w:r>
    </w:p>
    <w:p>
      <w:pPr>
        <w:spacing w:after="160" w:line="276" w:lineRule="auto"/>
      </w:pPr>
      <w:r>
        <w:t>تعد الجامعة من أهم المراحل التعليمية في حياة الإنسان، فهي لا تقتصر على الدراسة والمحاضرات والامتحانات فقط، وإنما تمثل بيئة متكاملة لبناء شخصية الطالب وتنمية قدراته ومهاراته.</w:t>
      </w:r>
    </w:p>
    <w:p>
      <w:pPr>
        <w:spacing w:after="160" w:line="276" w:lineRule="auto"/>
      </w:pPr>
      <w:r>
        <w:t>ومن أهم الوسائل التي تساعد على تحقيق ذلك هي النشاطات الطلابية.</w:t>
      </w:r>
    </w:p>
    <w:p>
      <w:pPr>
        <w:spacing w:after="160" w:line="276" w:lineRule="auto"/>
      </w:pPr>
      <w:r>
        <w:t>فالنشاطات الطلابية تمنح الطالب فرصة للمشاركة والتعبير عن نفسه، واكتشاف مواهبه، وتنمية مهاراته، وبناء علاقات إيجابية مع زملائه، كما تساعده على استثمار وقت الفراغ بطريقة مفيدة.</w:t>
      </w:r>
    </w:p>
    <w:p>
      <w:pPr>
        <w:spacing w:after="160" w:line="276" w:lineRule="auto"/>
      </w:pPr>
      <w:r>
        <w:t>وتتنوع النشاطات الطلابية داخل الجامعة، فمنها النشاطات الرياضية، والثقافية، والعلمية، والفنية، والاجتماعية والتطوعية، بالإضافة إلى النشاطات الكشفية والقيادية.</w:t>
      </w:r>
    </w:p>
    <w:p>
      <w:pPr>
        <w:spacing w:after="160" w:line="276" w:lineRule="auto"/>
      </w:pPr>
      <w:r>
        <w:t>وسنتحدث في هذه المحاضرة عن أهم هذه الأنواع ودورها في حياة الطالب الجامعي.</w:t>
      </w:r>
    </w:p>
    <w:p>
      <w:pPr>
        <w:spacing w:after="160" w:line="276" w:lineRule="auto"/>
      </w:pPr>
      <w:r>
        <w:t>أولاً: النشاطات الرياضية.</w:t>
      </w:r>
    </w:p>
    <w:p>
      <w:pPr>
        <w:spacing w:after="160" w:line="276" w:lineRule="auto"/>
      </w:pPr>
      <w:r>
        <w:t>تعد النشاطات الرياضية من أبرز النشاطات التي تمارس داخل الجامعات، وتشمل كرة القدم، وكرة السلة، والكرة الطائرة، وألعاب القوى، وغيرها من الألعاب والمسابقات الرياضية.</w:t>
      </w:r>
    </w:p>
    <w:p>
      <w:pPr>
        <w:spacing w:after="160" w:line="276" w:lineRule="auto"/>
      </w:pPr>
      <w:r>
        <w:t>وتكمن أهمية النشاط الرياضي في المحافظة على صحة الطالب ولياقته البدنية، كما تساعد الرياضة على التخلص من الروتين والضغوط الدراسية.</w:t>
      </w:r>
    </w:p>
    <w:p>
      <w:pPr>
        <w:spacing w:after="160" w:line="276" w:lineRule="auto"/>
      </w:pPr>
      <w:r>
        <w:t>ومن خلال ممارسة الرياضات الجماعية يتعلم الطالب التعاون والانضباط واحترام القوانين، كما يتعلم تقبل الفوز والخسارة بروح رياضية.</w:t>
      </w:r>
    </w:p>
    <w:p>
      <w:pPr>
        <w:spacing w:after="160" w:line="276" w:lineRule="auto"/>
      </w:pPr>
      <w:r>
        <w:t>لذلك فإن النشاط الرياضي لا يهتم ببناء الجسم فقط، وإنما يساهم أيضاً في بناء شخصية الطالب وتنمية روح الفريق لديه.</w:t>
      </w:r>
    </w:p>
    <w:p>
      <w:pPr>
        <w:spacing w:after="160" w:line="276" w:lineRule="auto"/>
      </w:pPr>
      <w:r>
        <w:t>ثانياً: النشاطات الثقافية.</w:t>
      </w:r>
    </w:p>
    <w:p>
      <w:pPr>
        <w:spacing w:after="160" w:line="276" w:lineRule="auto"/>
      </w:pPr>
      <w:r>
        <w:t>وتشمل النشاطات الثقافية الندوات والمحاضرات والمسابقات الثقافية والقراءة والمناقشات والفعاليات المختلفة التي تهدف إلى زيادة المعرفة وتوسيع مدارك الطلبة.</w:t>
      </w:r>
    </w:p>
    <w:p>
      <w:pPr>
        <w:spacing w:after="160" w:line="276" w:lineRule="auto"/>
      </w:pPr>
      <w:r>
        <w:t>وتساعد هذه النشاطات الطالب على تطوير قدرته على الحوار والتعبير عن الرأي والاستماع إلى الآخرين.</w:t>
      </w:r>
    </w:p>
    <w:p>
      <w:pPr>
        <w:spacing w:after="160" w:line="276" w:lineRule="auto"/>
      </w:pPr>
      <w:r>
        <w:t>كما تمنحه فرصة للتعرف على أفكار وثقافات مختلفة، وتنمي لديه مهارات التفكير والتحليل والنقاش.</w:t>
      </w:r>
    </w:p>
    <w:p>
      <w:pPr>
        <w:spacing w:after="160" w:line="276" w:lineRule="auto"/>
      </w:pPr>
      <w:r>
        <w:t>وبذلك تصبح الجامعة مكاناً لاكتساب المعرفة ليس فقط من خلال المحاضرات الدراسية، وإنما أيضاً من خلال المشاركة والتفاعل مع الآخرين.</w:t>
      </w:r>
    </w:p>
    <w:p>
      <w:pPr>
        <w:spacing w:after="160" w:line="276" w:lineRule="auto"/>
      </w:pPr>
      <w:r>
        <w:t>ثالثاً: النشاطات العلمية.</w:t>
      </w:r>
    </w:p>
    <w:p>
      <w:pPr>
        <w:spacing w:after="160" w:line="276" w:lineRule="auto"/>
      </w:pPr>
      <w:r>
        <w:t>وتشمل النشاطات العلمية المؤتمرات والندوات والمعارض والمشاريع والبحوث والمسابقات العلمية.</w:t>
      </w:r>
    </w:p>
    <w:p>
      <w:pPr>
        <w:spacing w:after="160" w:line="276" w:lineRule="auto"/>
      </w:pPr>
      <w:r>
        <w:t>وتساعد هذه النشاطات على تشجيع الطالب على البحث والاستكشاف والابتكار، كما تمنحه فرصة لتطبيق المعلومات التي يتعلمها في دراسته على مواقف عملية.</w:t>
      </w:r>
    </w:p>
    <w:p>
      <w:pPr>
        <w:spacing w:after="160" w:line="276" w:lineRule="auto"/>
      </w:pPr>
      <w:r>
        <w:t>ومن خلال المشاركة في النشاطات العلمية يستطيع الطالب تطوير مهارات البحث والعرض والمناقشة والعمل الجماعي، وهي مهارات مهمة يحتاج إليها في حياته الأكاديمية والمهنية بعد التخرج.</w:t>
      </w:r>
    </w:p>
    <w:p>
      <w:pPr>
        <w:spacing w:after="160" w:line="276" w:lineRule="auto"/>
      </w:pPr>
      <w:r>
        <w:t>رابعاً: النشاطات الفنية.</w:t>
      </w:r>
    </w:p>
    <w:p>
      <w:pPr>
        <w:spacing w:after="160" w:line="276" w:lineRule="auto"/>
      </w:pPr>
      <w:r>
        <w:t>وتشمل النشاطات الفنية الرسم والمسرح والتصوير والخط والموسيقى وغيرها من المجالات التي تسمح للطالب بالتعبير عن أفكاره ومواهبه.</w:t>
      </w:r>
    </w:p>
    <w:p>
      <w:pPr>
        <w:spacing w:after="160" w:line="276" w:lineRule="auto"/>
      </w:pPr>
      <w:r>
        <w:t>وتكمن أهمية هذه النشاطات في اكتشاف المواهب وتنميتها، وزيادة ثقة الطالب بنفسه.</w:t>
      </w:r>
    </w:p>
    <w:p>
      <w:pPr>
        <w:spacing w:after="160" w:line="276" w:lineRule="auto"/>
      </w:pPr>
      <w:r>
        <w:t>كما تساعد الفنون على تنمية الإبداع والخيال، وتمنح الطالب فرصة للتعبير عن شخصيته وأفكاره بطريقة مختلفة.</w:t>
      </w:r>
    </w:p>
    <w:p>
      <w:pPr>
        <w:spacing w:after="160" w:line="276" w:lineRule="auto"/>
      </w:pPr>
      <w:r>
        <w:t>ولهذا فإن النشاط الفني يمثل جانباً مهماً من جوانب الحياة الجامعية.</w:t>
      </w:r>
    </w:p>
    <w:p>
      <w:pPr>
        <w:spacing w:after="160" w:line="276" w:lineRule="auto"/>
      </w:pPr>
      <w:r>
        <w:t>خامساً: النشاطات الاجتماعية والتطوعية.</w:t>
      </w:r>
    </w:p>
    <w:p>
      <w:pPr>
        <w:spacing w:after="160" w:line="276" w:lineRule="auto"/>
      </w:pPr>
      <w:r>
        <w:t>وتشمل هذه النشاطات الحملات التطوعية والمبادرات الاجتماعية وحملات التشجير والنظافة ومساعدة الآخرين والمشاركة في الفعاليات التي تخدم الجامعة والمجتمع.</w:t>
      </w:r>
    </w:p>
    <w:p>
      <w:pPr>
        <w:spacing w:after="160" w:line="276" w:lineRule="auto"/>
      </w:pPr>
      <w:r>
        <w:t>وتساعد هذه الأنشطة الطالب على الشعور بالمسؤولية تجاه مجتمعه، وتعلمه التعاون والعطاء واحترام الآخرين.</w:t>
      </w:r>
    </w:p>
    <w:p>
      <w:pPr>
        <w:spacing w:after="160" w:line="276" w:lineRule="auto"/>
      </w:pPr>
      <w:r>
        <w:t>فالطالب الجامعي لا ينبغي أن يكون متلقياً للعلم فقط، وإنما يجب أن يكون فرداً فعالاً يساهم في خدمة مجتمعه والمشاركة في معالجة المشكلات التي تواجهه.</w:t>
      </w:r>
    </w:p>
    <w:p>
      <w:pPr>
        <w:spacing w:after="160" w:line="276" w:lineRule="auto"/>
      </w:pPr>
      <w:r>
        <w:t>سادساً: النشاطات الكشفية والقيادية.</w:t>
      </w:r>
    </w:p>
    <w:p>
      <w:pPr>
        <w:spacing w:after="160" w:line="276" w:lineRule="auto"/>
      </w:pPr>
      <w:r>
        <w:t>تساعد النشاطات الكشفية الطالب على الاعتماد على النفس وتحمل المسؤولية والعمل ضمن فريق.</w:t>
      </w:r>
    </w:p>
    <w:p>
      <w:pPr>
        <w:spacing w:after="160" w:line="276" w:lineRule="auto"/>
      </w:pPr>
      <w:r>
        <w:t>كما يتعلم من خلالها مهارات التنظيم والتخطيط والتعاون والمشاركة في المخيمات والرحلات والفعاليات المختلفة.</w:t>
      </w:r>
    </w:p>
    <w:p>
      <w:pPr>
        <w:spacing w:after="160" w:line="276" w:lineRule="auto"/>
      </w:pPr>
      <w:r>
        <w:t>أما النشاطات القيادية فتمنح الطالب فرصة لتنظيم الفعاليات وقيادة الفرق والمشاركة في اتخاذ القرارات.</w:t>
      </w:r>
    </w:p>
    <w:p>
      <w:pPr>
        <w:spacing w:after="160" w:line="276" w:lineRule="auto"/>
      </w:pPr>
      <w:r>
        <w:t>وهذه الخبرات تساعد الطالب على بناء شخصية قيادية قادرة على تحمل المسؤولية والتعامل مع المواقف المختلفة في المستقبل.</w:t>
      </w:r>
    </w:p>
    <w:p>
      <w:pPr>
        <w:spacing w:after="160" w:line="276" w:lineRule="auto"/>
      </w:pPr>
      <w:r>
        <w:t>ومن خلال هذه الأنواع المتعددة من النشاطات، نلاحظ أن لها دوراً مهماً في الحياة الجامعية.</w:t>
      </w:r>
    </w:p>
    <w:p>
      <w:pPr>
        <w:spacing w:after="160" w:line="276" w:lineRule="auto"/>
      </w:pPr>
      <w:r>
        <w:t>فهي تساعد على بناء شخصية الطالب من الجوانب البدنية والعقلية والاجتماعية والنفسية.</w:t>
      </w:r>
    </w:p>
    <w:p>
      <w:pPr>
        <w:spacing w:after="160" w:line="276" w:lineRule="auto"/>
      </w:pPr>
      <w:r>
        <w:t>كما تنمي مهارات التواصل والعمل الجماعي والقيادة وتحمل المسؤولية، وتساعد على زيادة الثقة بالنفس.</w:t>
      </w:r>
    </w:p>
    <w:p>
      <w:pPr>
        <w:spacing w:after="160" w:line="276" w:lineRule="auto"/>
      </w:pPr>
      <w:r>
        <w:t>وتساهم النشاطات الطلابية أيضاً في تعزيز شعور الطالب بالانتماء إلى جامعته، لأنها تجعله جزءاً فعالاً من الحياة الجامعية، وليس مجرد طالب يحضر المحاضرات ويؤدي الامتحانات.</w:t>
      </w:r>
    </w:p>
    <w:p>
      <w:pPr>
        <w:spacing w:after="160" w:line="276" w:lineRule="auto"/>
      </w:pPr>
      <w:r>
        <w:t>كما أن المشاركة في النشاطات تمنح الطالب خبرات عملية يمكن أن يستفيد منها بعد التخرج، خصوصاً في مجال التواصل والعمل الجماعي وتنظيم الوقت وحل المشكلات وتحمل المسؤولية.</w:t>
      </w:r>
    </w:p>
    <w:p>
      <w:pPr>
        <w:spacing w:after="160" w:line="276" w:lineRule="auto"/>
      </w:pPr>
      <w:r>
        <w:t>ولهذا فإن دور الجامعة لا يقتصر على توفير التعليم الأكاديمي، بل يجب أن توفر بيئة تشجع الطلبة على المشاركة والإبداع واكتشاف المواهب.</w:t>
      </w:r>
    </w:p>
    <w:p>
      <w:pPr>
        <w:spacing w:after="160" w:line="276" w:lineRule="auto"/>
      </w:pPr>
      <w:r>
        <w:t>ويجب أن تكون النشاطات متنوعة حتى يجد كل طالب المجال الذي يناسب اهتماماته وقدراته.</w:t>
      </w:r>
    </w:p>
    <w:p>
      <w:pPr>
        <w:spacing w:after="160" w:line="276" w:lineRule="auto"/>
      </w:pPr>
      <w:r>
        <w:t>وفي الختام، نستطيع القول إن النشاطات الطلابية تمثل جزءاً أساسياً من الحياة الجامعية، لأنها تساعد على بناء طالب متكامل يمتلك العلم والمهارة والشخصية والقدرة على المشاركة.</w:t>
      </w:r>
    </w:p>
    <w:p>
      <w:pPr>
        <w:spacing w:after="160" w:line="276" w:lineRule="auto"/>
      </w:pPr>
      <w:r>
        <w:t>فالجامعة الناجحة هي التي تجمع بين التعليم الأكاديمي والنشاط الطلابي، وتمنح الطالب فرصة للتعلم والمشاركة والإبداع.</w:t>
      </w:r>
    </w:p>
    <w:p>
      <w:pPr>
        <w:spacing w:after="160" w:line="276" w:lineRule="auto"/>
      </w:pPr>
      <w:r>
        <w:t>لذلك، على كل طالب أن يستثمر سنوات الجامعة بصورة صحيحة، وأن يشارك في النشاط الذي يناسب ميوله وقدراته، لأن المشاركة اليوم يمكن أن تكون خطوة مهمة نحو النجاح في المستقبل.</w:t>
      </w:r>
    </w:p>
    <w:p>
      <w:pPr>
        <w:spacing w:after="160" w:line="276" w:lineRule="auto"/>
      </w:pPr>
      <w:r>
        <w:t>وتذكر دائماً أن الجامعة ليست مكاناً للدراسة فقط، وإنما هي مكان للتعلم، والإبداع، والمشاركة، وبناء الشخصية وصناعة المستقبل.</w:t>
      </w:r>
    </w:p>
    <w:p>
      <w:pPr>
        <w:spacing w:after="160" w:line="276" w:lineRule="auto"/>
      </w:pPr>
      <w:r>
        <w:t>شكراً لحسن استماعكم.</w:t>
      </w:r>
    </w:p>
    <w:p>
      <w:pPr>
        <w:spacing w:after="160" w:line="276" w:lineRule="auto"/>
      </w:pPr>
      <w:r>
        <w:t>والسلام عليكم ورحمة الله وبركاته.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