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تاريخ التربية الرياضية</w:t>
      </w:r>
    </w:p>
    <w:p>
      <w:pPr>
        <w:jc w:val="center"/>
      </w:pPr>
      <w:r>
        <w:rPr>
          <w:b/>
          <w:sz w:val="32"/>
        </w:rPr>
        <w:t>محاضرة جامعية</w:t>
      </w:r>
    </w:p>
    <w:p>
      <w:pPr>
        <w:jc w:val="right"/>
      </w:pPr>
      <w:r>
        <w:rPr>
          <w:b/>
          <w:sz w:val="32"/>
        </w:rPr>
        <w:t>المقدمة</w:t>
      </w:r>
    </w:p>
    <w:p>
      <w:pPr>
        <w:spacing w:after="200" w:line="276" w:lineRule="auto"/>
        <w:jc w:val="right"/>
      </w:pPr>
      <w:r>
        <w:t>تعد التربية الرياضية من المجالات المهمة في حياة الإنسان، فهي لم تظهر بصورتها الحديثة بشكل مفاجئ، وإنما مرت بمراحل تاريخية طويلة ارتبطت بتطور الإنسان والمجتمعات والحضارات. وقد اختلفت أهداف التربية الرياضية من عصر إلى آخر؛ ففي المجتمعات القديمة ارتبط النشاط البدني بالبقاء والدفاع عن النفس، ثم أصبح جزءاً من التربية والإعداد العسكري، وبعد ذلك تطور ليصبح وسيلة لبناء الشخصية والمحافظة على الصحة وتنمية الجوانب البدنية والنفسية والاجتماعية. وفي هذه المحاضرة سنتعرف بصورة مختصرة على أهم مراحل تطور التربية الرياضية عبر التاريخ.</w:t>
      </w:r>
    </w:p>
    <w:p>
      <w:pPr>
        <w:jc w:val="right"/>
      </w:pPr>
      <w:r>
        <w:rPr>
          <w:b/>
          <w:sz w:val="32"/>
        </w:rPr>
        <w:t>أولاً: التربية الرياضية في المجتمعات القديمة</w:t>
      </w:r>
    </w:p>
    <w:p>
      <w:pPr>
        <w:spacing w:after="200" w:line="276" w:lineRule="auto"/>
        <w:jc w:val="right"/>
      </w:pPr>
      <w:r>
        <w:t>في العصور القديمة كان النشاط البدني جزءاً من حياة الإنسان اليومية. فقد مارس الإنسان الجري والصيد والرماية والتسلق والمصارعة وركوب الخيل، وكانت هذه الأنشطة ضرورية للحصول على الغذاء والدفاع عن النفس وحماية الجماعة. ومع تطور المجتمعات ظهرت الحاجة إلى تدريب الشباب على المهارات البدنية، فأصبحت الأنشطة الحركية وسيلة لإعداد الفرد للحياة ومواجهة الظروف المختلفة.</w:t>
      </w:r>
    </w:p>
    <w:p>
      <w:pPr>
        <w:jc w:val="right"/>
      </w:pPr>
      <w:r>
        <w:rPr>
          <w:b/>
          <w:sz w:val="32"/>
        </w:rPr>
        <w:t>ثانياً: التربية الرياضية عند المصريين القدماء</w:t>
      </w:r>
    </w:p>
    <w:p>
      <w:pPr>
        <w:spacing w:after="200" w:line="276" w:lineRule="auto"/>
        <w:jc w:val="right"/>
      </w:pPr>
      <w:r>
        <w:t>اهتم المصريون القدماء بالعديد من الأنشطة البدنية، وظهرت لديهم ممارسات مثل المصارعة والرماية والسباحة وركوب القوارب وبعض الألعاب البدنية. وكان النشاط البدني مرتبطاً بالتربية والحياة اليومية، كما ارتبط أحياناً بالتدريب العسكري وإعداد الأفراد للمهام المختلفة. وتشير الرسوم والآثار القديمة إلى وجود اهتمام واضح بممارسة الأنشطة البدنية وتنمية المهارات الحركية.</w:t>
      </w:r>
    </w:p>
    <w:p>
      <w:pPr>
        <w:jc w:val="right"/>
      </w:pPr>
      <w:r>
        <w:rPr>
          <w:b/>
          <w:sz w:val="32"/>
        </w:rPr>
        <w:t>ثالثاً: التربية الرياضية في الحضارة اليونانية</w:t>
      </w:r>
    </w:p>
    <w:p>
      <w:pPr>
        <w:spacing w:after="200" w:line="276" w:lineRule="auto"/>
        <w:jc w:val="right"/>
      </w:pPr>
      <w:r>
        <w:t>تعد الحضارة اليونانية من أبرز الحضارات التي اهتمت بالتربية الرياضية بصورة منظمة. فقد نظر اليونانيون إلى التربية باعتبارها وسيلة لبناء الإنسان المتكامل، واهتموا بتربية الجسم إلى جانب العقل. وكان الجري والمصارعة ورمي القرص ورمي الرمح وسباقات الخيل من أبرز الأنشطة. كما ارتبطت الحضارة اليونانية بالألعاب الأولمبية القديمة التي أقيمت في مدينة أولمبيا، وأصبحت المنافسات الرياضية جزءاً مهماً من الحياة الاجتماعية والثقافية.</w:t>
      </w:r>
    </w:p>
    <w:p>
      <w:pPr>
        <w:jc w:val="right"/>
      </w:pPr>
      <w:r>
        <w:rPr>
          <w:b/>
          <w:sz w:val="32"/>
        </w:rPr>
        <w:t>رابعاً: التربية الرياضية عند الرومان</w:t>
      </w:r>
    </w:p>
    <w:p>
      <w:pPr>
        <w:spacing w:after="200" w:line="276" w:lineRule="auto"/>
        <w:jc w:val="right"/>
      </w:pPr>
      <w:r>
        <w:t>اهتم الرومان بالنشاط البدني، وكان الجانب العسكري من أهم أسباب الاهتمام بالتدريب البدني. فقد خضع الجنود لتدريبات تساعدهم على القوة والتحمل والمهارات القتالية، كما انتشرت العروض والمنافسات الجماهيرية في الساحات والمدرجات. واختلفت أهداف النشاط البدني عند الرومان عن النموذج اليوناني، إذ غلبت عليه في كثير من الأحيان الجوانب العسكرية والترفيهية.</w:t>
      </w:r>
    </w:p>
    <w:p>
      <w:pPr>
        <w:jc w:val="right"/>
      </w:pPr>
      <w:r>
        <w:rPr>
          <w:b/>
          <w:sz w:val="32"/>
        </w:rPr>
        <w:t>خامساً: التربية الرياضية في العصور الوسطى</w:t>
      </w:r>
    </w:p>
    <w:p>
      <w:pPr>
        <w:spacing w:after="200" w:line="276" w:lineRule="auto"/>
        <w:jc w:val="right"/>
      </w:pPr>
      <w:r>
        <w:t>خلال العصور الوسطى استمر النشاط البدني بأشكال مختلفة. فانتشرت الفروسية والرماية والمبارزة، خصوصاً في إعداد الفرسان والمحاربين. كما مارس الناس الألعاب الشعبية والأنشطة البدنية في المناسبات والاحتفالات، واستمرت بعض الأنشطة المرتبطة بالعمل والحياة اليومية.</w:t>
      </w:r>
    </w:p>
    <w:p>
      <w:pPr>
        <w:jc w:val="right"/>
      </w:pPr>
      <w:r>
        <w:rPr>
          <w:b/>
          <w:sz w:val="32"/>
        </w:rPr>
        <w:t>سادساً: التربية الرياضية في العصر الحديث</w:t>
      </w:r>
    </w:p>
    <w:p>
      <w:pPr>
        <w:spacing w:after="200" w:line="276" w:lineRule="auto"/>
        <w:jc w:val="right"/>
      </w:pPr>
      <w:r>
        <w:t>بدأ مفهوم التربية الرياضية الحديثة بالتطور بصورة واضحة مع ظهور المؤسسات التعليمية وانتشار المدارس والجامعات. وأصبحت التربية الرياضية جزءاً من البرامج التعليمية، ولم تعد تهدف إلى القوة البدنية فقط، وإنما أصبحت تهتم بالنمو المتكامل للطالب. وظهرت أساليب ونظريات مختلفة في التربية الرياضية، وبدأ الاهتمام بوضع برامج منظمة وقواعد للتدريب والتعليم. كما تأسست الأندية والاتحادات الرياضية، وانتشرت المسابقات والبطولات على المستويات المحلية والدولية.</w:t>
      </w:r>
    </w:p>
    <w:p>
      <w:pPr>
        <w:jc w:val="right"/>
      </w:pPr>
      <w:r>
        <w:rPr>
          <w:b/>
          <w:sz w:val="32"/>
        </w:rPr>
        <w:t>سابعاً: التربية الرياضية في العصر المعاصر</w:t>
      </w:r>
    </w:p>
    <w:p>
      <w:pPr>
        <w:spacing w:after="200" w:line="276" w:lineRule="auto"/>
        <w:jc w:val="right"/>
      </w:pPr>
      <w:r>
        <w:t>في العصر المعاصر أصبحت التربية الرياضية مجالاً متكاملاً يرتبط بالتربية والصحة وعلم النفس والاجتماع والتدريب الرياضي. وأصبح الهدف منها تنمية اللياقة البدنية والمهارات الحركية، إلى جانب تعزيز الثقة بالنفس والتعاون والانضباط وتحمل المسؤولية. كما ساهم التطور العلمي والتكنولوجي في تطوير أساليب التعليم والتدريب وقياس الأداء، وأصبح النشاط البدني جزءاً مهماً من برامج الصحة.</w:t>
      </w:r>
    </w:p>
    <w:p>
      <w:pPr>
        <w:jc w:val="right"/>
      </w:pPr>
      <w:r>
        <w:rPr>
          <w:b/>
          <w:sz w:val="32"/>
        </w:rPr>
        <w:t>أهمية دراسة تاريخ التربية الرياضية</w:t>
      </w:r>
    </w:p>
    <w:p>
      <w:pPr>
        <w:spacing w:after="200" w:line="276" w:lineRule="auto"/>
        <w:jc w:val="right"/>
      </w:pPr>
      <w:r>
        <w:t>إن دراسة تاريخ التربية الرياضية تساعدنا على فهم كيفية تطور الأفكار والممارسات الرياضية عبر الزمن. كما توضح لنا أن أهداف النشاط البدني تغيرت وفقاً لحاجات المجتمع، من البقاء والدفاع إلى التربية والصحة والمنافسة وبناء الشخصية. ومن خلال معرفة الماضي نستطيع الاستفادة من التجارب السابقة وتطوير أساليب التربية الرياضية بما يتناسب مع متطلبات العصر الحديث.</w:t>
      </w:r>
    </w:p>
    <w:p>
      <w:pPr>
        <w:jc w:val="right"/>
      </w:pPr>
      <w:r>
        <w:rPr>
          <w:b/>
          <w:sz w:val="32"/>
        </w:rPr>
        <w:t>الخاتمة</w:t>
      </w:r>
    </w:p>
    <w:p>
      <w:pPr>
        <w:spacing w:after="200" w:line="276" w:lineRule="auto"/>
        <w:jc w:val="right"/>
      </w:pPr>
      <w:r>
        <w:t>وفي ختام هذه المحاضرة، نستطيع القول إن تاريخ التربية الرياضية هو جزء مهم من تاريخ تطور الإنسان والمجتمع. فقد بدأت الأنشطة البدنية بصورة بسيطة مرتبطة بالحياة اليومية، ثم تطورت في الحضارات القديمة، وأصبحت جزءاً من التربية والإعداد العسكري والمنافسات، وصولاً إلى مفهوم التربية الرياضية الحديثة التي تهتم بالإنسان من جميع الجوانب. لذلك فإن التربية الرياضية اليوم لا تعني ممارسة الرياضة فقط، وإنما تمثل وسيلة تربوية وصحية واجتماعية تساعد على بناء فرد متوازن وقادر على المشاركة الفعالة في المجتمع. شكراً لحسن استماعكم. والسلام عليكم ورحمة الله وبركاته.</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