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الحركة الكشفية</w:t>
      </w:r>
    </w:p>
    <w:p>
      <w:pPr>
        <w:jc w:val="center"/>
      </w:pPr>
      <w:r>
        <w:rPr>
          <w:b/>
          <w:sz w:val="32"/>
        </w:rPr>
        <w:t>محاضرة جامعية</w:t>
      </w:r>
    </w:p>
    <w:p>
      <w:pPr>
        <w:jc w:val="right"/>
      </w:pPr>
      <w:r>
        <w:rPr>
          <w:b/>
          <w:sz w:val="32"/>
        </w:rPr>
        <w:t>المقدمة</w:t>
      </w:r>
    </w:p>
    <w:p>
      <w:pPr>
        <w:spacing w:after="200" w:line="276" w:lineRule="auto"/>
        <w:jc w:val="right"/>
      </w:pPr>
      <w:r>
        <w:t>السلام عليكم ورحمة الله وبركاته. تعد الحركة الكشفية من الأنشطة التربوية المهمة التي تهدف إلى بناء شخصية الفرد بصورة متكاملة، من خلال الجمع بين التربية والنشاط البدني والعمل الجماعي وخدمة المجتمع. ولا تقتصر الكشافة على الرحلات والمخيمات، بل تعد أسلوباً تربوياً يساعد الفرد على الاعتماد على النفس وتحمل المسؤولية وتنمية مهارات القيادة والتعاون.</w:t>
      </w:r>
    </w:p>
    <w:p>
      <w:pPr>
        <w:jc w:val="right"/>
      </w:pPr>
      <w:r>
        <w:rPr>
          <w:b/>
          <w:sz w:val="32"/>
        </w:rPr>
        <w:t>مفهوم الحركة الكشفية</w:t>
      </w:r>
    </w:p>
    <w:p>
      <w:pPr>
        <w:spacing w:after="200" w:line="276" w:lineRule="auto"/>
        <w:jc w:val="right"/>
      </w:pPr>
      <w:r>
        <w:t>الكشافة حركة تربوية تطوعية تهدف إلى تنمية الشباب بدنياً وعقلياً واجتماعياً وأخلاقياً. وتعتمد على التعلم بالممارسة، لذلك يكتسب الكشاف مهارات وخبرات من خلال الأنشطة والمخيمات والرحلات والعمل ضمن الفريق. ومن أهم المبادئ الكشفية الانضباط والتعاون والمسؤولية واحترام الآخرين وخدمة المجتمع.</w:t>
      </w:r>
    </w:p>
    <w:p>
      <w:pPr>
        <w:jc w:val="right"/>
      </w:pPr>
      <w:r>
        <w:rPr>
          <w:b/>
          <w:sz w:val="32"/>
        </w:rPr>
        <w:t>نشأة الحركة الكشفية</w:t>
      </w:r>
    </w:p>
    <w:p>
      <w:pPr>
        <w:spacing w:after="200" w:line="276" w:lineRule="auto"/>
        <w:jc w:val="right"/>
      </w:pPr>
      <w:r>
        <w:t>ترتبط بداية الحركة الكشفية الحديثة بالجنرال البريطاني روبرت بادن باول. ففي عام 1907 أقام بادن باول مخيماً تجريبياً في جزيرة براونسي في إنجلترا، شارك فيه عدد من الفتيان. هدفت التجربة إلى استخدام النشاط في الهواء الطلق والعمل الجماعي وتحمل المسؤولية كوسائل تربوية. وبعد نجاح التجربة انتشرت الحركة الكشفية في دول مختلفة وأصبحت حركة عالمية.</w:t>
      </w:r>
    </w:p>
    <w:p>
      <w:pPr>
        <w:jc w:val="right"/>
      </w:pPr>
      <w:r>
        <w:rPr>
          <w:b/>
          <w:sz w:val="32"/>
        </w:rPr>
        <w:t>أهداف الكشافة</w:t>
      </w:r>
    </w:p>
    <w:p>
      <w:pPr>
        <w:spacing w:after="200" w:line="276" w:lineRule="auto"/>
        <w:jc w:val="right"/>
      </w:pPr>
      <w:r>
        <w:t>تهدف الحركة الكشفية إلى تنمية الفرد من الجوانب البدنية والعقلية والاجتماعية والأخلاقية. فهي تساعد على تنمية اللياقة والمهارات الحركية، وتشجع التفكير وحل المشكلات، كما تعزز روح التعاون والانتماء وتحمل المسؤولية. وتدفع الكشاف إلى تقديم الخدمة والمشاركة الإيجابية في المجتمع.</w:t>
      </w:r>
    </w:p>
    <w:p>
      <w:pPr>
        <w:jc w:val="right"/>
      </w:pPr>
      <w:r>
        <w:rPr>
          <w:b/>
          <w:sz w:val="32"/>
        </w:rPr>
        <w:t>الأنشطة الكشفية</w:t>
      </w:r>
    </w:p>
    <w:p>
      <w:pPr>
        <w:spacing w:after="200" w:line="276" w:lineRule="auto"/>
        <w:jc w:val="right"/>
      </w:pPr>
      <w:r>
        <w:t>تتميز الكشافة بتنوع أنشطتها، ومن أهمها المخيمات والرحلات، وتحديد الاتجاهات واستخدام الخرائط والبوصلة، وتعلم مهارات التخييم وربط العقد والربطات، إضافة إلى الأنشطة الرياضية والألعاب الجماعية وخدمة المجتمع. وتمنح هذه الأنشطة الكشاف فرصة للتعلم من خلال التجربة والممارسة.</w:t>
      </w:r>
    </w:p>
    <w:p>
      <w:pPr>
        <w:jc w:val="right"/>
      </w:pPr>
      <w:r>
        <w:rPr>
          <w:b/>
          <w:sz w:val="32"/>
        </w:rPr>
        <w:t>المخيمات الكشفية</w:t>
      </w:r>
    </w:p>
    <w:p>
      <w:pPr>
        <w:spacing w:after="200" w:line="276" w:lineRule="auto"/>
        <w:jc w:val="right"/>
      </w:pPr>
      <w:r>
        <w:t>تعد المخيمات من أهم الأنشطة الكشفية، لأنها تمنح المشاركين فرصة للعيش في بيئة تعتمد على التعاون والنظام وتحمل المسؤولية. ويتعلم الكشاف خلالها تنظيم وقته وأدواته، والمحافظة على البيئة، والعمل مع أفراد المجموعة، والاعتماد على النفس في أداء المهام اليومية.</w:t>
      </w:r>
    </w:p>
    <w:p>
      <w:pPr>
        <w:jc w:val="right"/>
      </w:pPr>
      <w:r>
        <w:rPr>
          <w:b/>
          <w:sz w:val="32"/>
        </w:rPr>
        <w:t>المهارات الكشفية</w:t>
      </w:r>
    </w:p>
    <w:p>
      <w:pPr>
        <w:spacing w:after="200" w:line="276" w:lineRule="auto"/>
        <w:jc w:val="right"/>
      </w:pPr>
      <w:r>
        <w:t>يتعلم الكشاف مجموعة من المهارات العملية التي يمكن أن تفيده في حياته، مثل العقد والربطات، وتحديد الاتجاهات، واستخدام الخرائط والبوصلة، والتخييم، ومبادئ السلامة والإسعافات الأولية. وتساعد هذه المهارات على زيادة الثقة بالنفس والقدرة على التصرف في المواقف المختلفة.</w:t>
      </w:r>
    </w:p>
    <w:p>
      <w:pPr>
        <w:jc w:val="right"/>
      </w:pPr>
      <w:r>
        <w:rPr>
          <w:b/>
          <w:sz w:val="32"/>
        </w:rPr>
        <w:t>القيادة والعمل الجماعي</w:t>
      </w:r>
    </w:p>
    <w:p>
      <w:pPr>
        <w:spacing w:after="200" w:line="276" w:lineRule="auto"/>
        <w:jc w:val="right"/>
      </w:pPr>
      <w:r>
        <w:t>من أهم ما تساهم الكشافة في تنميته القيادة والعمل الجماعي. فالكشاف يتعلم كيفية العمل ضمن فريق، وتحمل مسؤولية مهمة معينة، واحترام آراء الآخرين، واتخاذ القرار المناسب. ومع تكرار هذه المواقف تزداد ثقته بنفسه وتتحسن قدرته على القيادة وتحمل المسؤولية.</w:t>
      </w:r>
    </w:p>
    <w:p>
      <w:pPr>
        <w:jc w:val="right"/>
      </w:pPr>
      <w:r>
        <w:rPr>
          <w:b/>
          <w:sz w:val="32"/>
        </w:rPr>
        <w:t>الكشافة وخدمة المجتمع</w:t>
      </w:r>
    </w:p>
    <w:p>
      <w:pPr>
        <w:spacing w:after="200" w:line="276" w:lineRule="auto"/>
        <w:jc w:val="right"/>
      </w:pPr>
      <w:r>
        <w:t>تعد خدمة المجتمع من المبادئ المهمة في الحركة الكشفية. ويشارك الكشاف في الأعمال التطوعية والمبادرات التي تهدف إلى مساعدة الآخرين والمحافظة على البيئة وخدمة المجتمع. ومن خلال ذلك يتعلم قيمة العطاء والمواطنة والمسؤولية الاجتماعية، ويصبح أكثر قدرة على المشاركة الإيجابية في مجتمعه.</w:t>
      </w:r>
    </w:p>
    <w:p>
      <w:pPr>
        <w:jc w:val="right"/>
      </w:pPr>
      <w:r>
        <w:rPr>
          <w:b/>
          <w:sz w:val="32"/>
        </w:rPr>
        <w:t>الخاتمة</w:t>
      </w:r>
    </w:p>
    <w:p>
      <w:pPr>
        <w:spacing w:after="200" w:line="276" w:lineRule="auto"/>
        <w:jc w:val="right"/>
      </w:pPr>
      <w:r>
        <w:t>وفي ختام هذه المحاضرة، نستطيع القول إن الكشافة ليست مجرد رحلات ومخيمات، وإنما هي مدرسة تربوية تساعد على بناء شخصية متوازنة وقادرة على تحمل المسؤولية. فمن خلال الكشافة يتعلم الفرد الاعتماد على النفس والعمل الجماعي والقيادة وخدمة الآخرين. ولذلك تعد الحركة الكشفية وسيلة مهمة لإعداد أفراد قادرين على التعامل مع الحياة والمشاركة الفعالة في المجتمع. شكراً لحسن استماعكم. والسلام عليكم ورحمة الله وبركاته.</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